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ערבות הדדית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לתרגל את ערך השבוע "ערבות הדדית"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כל השכבות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מקריאים יחד את משפט השבוע ומצביעים על התמונות.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פריט אחד בכל פעם; מותר לענות בעל פה ולמורה לכתוב.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🫶 ערבות הדדית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זה לא מעשה טוב לערך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דּוֹאֲגִים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ציור או משפט קצר שמראה מעשה אחד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🫶 ערבות הדדית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🫶 🤝 🏠  משפט השבוע: כֻּלָּנוּ דּוֹאֲגִים זֶה לָזֶה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שׁוֹנִים  |  דּוֹאֲגִים  |  נוֹתְנִים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ומבינים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על איזה ערך המשפט "כֻּלָּנוּ דּוֹאֲגִים זֶה לָזֶה"?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🌈 קבלת השונה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🫶 ערבות הדדית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מעשה טוב או לא?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✔ בעמודה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לשאול מישהו עצוב אם הוא צריך עזרה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לשתף משהו שלי עם חבר או חברה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לצעוק כדי שישמעו רק אותי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מילה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בחרו מילה מבנק המילים.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כֻּלָּנוּ ________ זֶה לָזֶה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אני והערך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איך הרגישה אדל כשהחברים חלקו איתה?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ציור או כתיבה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ציירו או כתבו: מה אני אעשה השבוע?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רעיון: לשתף משהו שלי עם חבר או חברה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היום למדתי על הערך: 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ערבות הדדית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