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ערבות הדדית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"ערבות הדדית"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לשתף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to care / заботиться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friend / друг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to share / делиться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all of us / все мы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לדאוג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🫶 ערבות הדדית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ערבות הדדית זה לדאוג אחד לשני. כולנו ביחד, כמו משפחה גדולה.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לדאוג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care · заботиться · መንከባከብ · يهتم · prendre soin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friend · друг · ጓደኛ · صديق · ami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לשתף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share · делиться · ማካፈል · يشارك · partager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כולנו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all of us · все мы · ሁላችንም · كلنا · nous tous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לדאוג  |  חבר  |  לשתף  |  כולנו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to share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לדאוג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לשתף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חבר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לדאוג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friend / друг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to care / заботиться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לשתף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all of us / все мы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כולנו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to share / делиться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ערבות הדדית זה ________ אחד לשני. כולנו ביחד, כמו משפחה גדולה.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"לדאוג".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הרגישה אדל כשהחברים חלקו איתה?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לשתף משהו שלי עם חבר או חברה / לשאול מישהו עצוב אם הוא צריך עזרה)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ערבות הדדית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