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קבלת השונה</w:t>
      </w:r>
    </w:p>
    <w:p>
      <w:pPr>
        <w:bidi/>
        <w:jc w:val="right"/>
      </w:pPr>
      <w:r>
        <w:rPr>
          <w:rFonts w:ascii="Arial" w:hAnsi="Arial" w:cs="Arial"/>
          <w:sz w:val="24"/>
          <w:rtl/>
          <w:szCs w:val="24"/>
        </w:rPr>
        <w:t>• 🎯 מטרה: לתרגל את ערך השבוע "קבלת השונה"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לכבד ולקבל אנשים שונים מאיתנו במראה, במנהגים, ביכולות ובדעות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לתת מכל הלב – זמן, עזרה, מילה טובה או חפץ – בלי לצפות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לעצור רגע לפני שמגיבים, ולבחור איך לפעול גם כשהרגשות חזקים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היכולת לשנות תוכנית, לראות דברים מכמה צדדים ולמצוא פתרון חדש</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החלקים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טביעת אצבע</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קבלת השונה – דף תרגול</w:t>
      </w:r>
    </w:p>
    <w:p>
      <w:pPr>
        <w:bidi/>
        <w:jc w:val="right"/>
      </w:pPr>
      <w:r>
        <w:rPr>
          <w:rFonts w:ascii="Arial" w:hAnsi="Arial" w:cs="Arial"/>
          <w:color w:val="555577"/>
          <w:sz w:val="24"/>
          <w:rtl/>
          <w:szCs w:val="24"/>
        </w:rPr>
        <w:t>ערך השבוע: קבלת השונה – לכבד ולקבל אנשים שונים מאיתנו במראה, במנהגים, ביכולות ובדעות.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יוסף מגיע לבית הספר עם כיסא גלגלים. ביום הספורט כמה ילדים חשבו שהוא לא יוכל להשתתף. המורה ונועה המציאו יחד משחק כדור שכל הכיתה יכולה לשחק בו בישיבה. יוסף היה המנצח הגדול של היום.</w:t>
      </w:r>
    </w:p>
    <w:p>
      <w:pPr>
        <w:bidi/>
        <w:jc w:val="right"/>
      </w:pPr>
      <w:r>
        <w:rPr>
          <w:rFonts w:ascii="Arial" w:hAnsi="Arial" w:cs="Arial"/>
          <w:sz w:val="24"/>
          <w:rtl/>
          <w:szCs w:val="24"/>
        </w:rPr>
        <w:t>1. איך הרגיש יוסף כשמצאו משחק שמתאים לכולם?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אפשר לשנות משחק כך שכולם יוכלו להשתתף?</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"קבלת השונה"?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לספר סוד של חבר או חברה לכולם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להגיד משהו טוב למי שנראה שונה ממני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להזמין מישהו חדש לשחק איתי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ללמוד מילה אחת בשפה של חבר או חברה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לצעוק כדי שישמעו רק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קבלת השונה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לתת מכל הלב – זמן, עזרה, מילה טובה או חפץ – בלי לצפות לתמורה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נדיבות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לכבד ולקבל אנשים שונים מאיתנו במראה, במנהגים, ביכולות ובדעות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שליטה עצמית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לעצור רגע לפני שמגיבים, ולבחור איך לפעול גם כשהרגשות חזקים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גמישות מחשבתית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היכולת לשנות תוכנית, לראות דברים מכמה צדדים ולמצוא פתרון חדש</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"כמו בפאזל – דווקא ________ השונים יוצרים תמונה שלמה"</w:t>
      </w:r>
    </w:p>
    <w:p>
      <w:pPr>
        <w:bidi/>
        <w:jc w:val="right"/>
      </w:pPr>
      <w:r>
        <w:rPr>
          <w:rFonts w:ascii="Arial" w:hAnsi="Arial" w:cs="Arial"/>
          <w:sz w:val="24"/>
          <w:rtl/>
          <w:szCs w:val="24"/>
        </w:rPr>
        <w:t>2. 🧩 חידה: לכל אחד יש אותי, ואין לי שום תאום בעולם. משאירים אותי על כוס או על חלון כשנוגעים. מה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ללמוד מילה אחת בשפה של חבר או חברה · להזמין מישהו חדש לשחק איתי · להגיד משהו טוב למי שנראה שונה ממני</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מאדם שחושב או חי אחרת ממני?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 שרוצה – שתפו בדבר חדש שגיליתם השבוע על מישהו שונה מכם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קבלת השונה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